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LIVRET D’ACCUEIL – [NOM DU LOGEMENT]</w:t>
      </w:r>
    </w:p>
    <w:p>
      <w:pPr>
        <w:pStyle w:val="Heading2"/>
      </w:pPr>
      <w:r>
        <w:t>BIENVENUE</w:t>
      </w:r>
    </w:p>
    <w:p>
      <w:r>
        <w:t>Bonjour et bienvenue ! Je suis [votre prénom], votre hôte. Je suis ravi(e) de vous accueillir et vous souhaite un excellent séjour. Pour toute question, vous pouvez me joindre au [téléphone], de [heure] à [heure], ou par la messagerie [Airbnb / Booking.com].</w:t>
      </w:r>
    </w:p>
    <w:p>
      <w:pPr>
        <w:pStyle w:val="Heading2"/>
      </w:pPr>
      <w:r>
        <w:t>L’ESSENTIEL</w:t>
      </w:r>
    </w:p>
    <w:p>
      <w:r>
        <w:t>Adresse : [numéro, rue, code postal, ville]</w:t>
      </w:r>
    </w:p>
    <w:p>
      <w:r>
        <w:t>Arrivée : à partir de [16 h]</w:t>
      </w:r>
    </w:p>
    <w:p>
      <w:r>
        <w:t>Départ : avant [11 h]</w:t>
      </w:r>
    </w:p>
    <w:p>
      <w:r>
        <w:t>Wi-Fi : [nom du réseau] – mot de passe : [mot de passe]</w:t>
      </w:r>
    </w:p>
    <w:p>
      <w:r>
        <w:t>Votre hôte : [prénom], [téléphone]</w:t>
      </w:r>
    </w:p>
    <w:p>
      <w:pPr>
        <w:pStyle w:val="Heading2"/>
      </w:pPr>
      <w:r>
        <w:t>ARRIVÉE ET ACCÈS</w:t>
      </w:r>
    </w:p>
    <w:p>
      <w:r>
        <w:t>Digicode / interphone : [code ou nom à sonner]</w:t>
      </w:r>
    </w:p>
    <w:p>
      <w:r>
        <w:t>Boîte à clés : [emplacement et code]</w:t>
      </w:r>
    </w:p>
    <w:p>
      <w:r>
        <w:t>Étage et porte : [par ex. 3e étage, porte de gauche]</w:t>
      </w:r>
    </w:p>
    <w:p>
      <w:r>
        <w:t>Stationnement : [où se garer, gratuit ou payant, code du parking]</w:t>
      </w:r>
    </w:p>
    <w:p>
      <w:pPr>
        <w:pStyle w:val="Heading2"/>
      </w:pPr>
      <w:r>
        <w:t>LE LOGEMENT, MODE D’EMPLOI</w:t>
      </w:r>
    </w:p>
    <w:p>
      <w:r>
        <w:t>Chauffage / climatisation : [comment l’allumer et le régler]</w:t>
      </w:r>
    </w:p>
    <w:p>
      <w:r>
        <w:t>Eau chaude : [ballon, temps de chauffe, conseil]</w:t>
      </w:r>
    </w:p>
    <w:p>
      <w:r>
        <w:t>Plaques et four : [type, particularités]</w:t>
      </w:r>
    </w:p>
    <w:p>
      <w:r>
        <w:t>Lave-linge / lave-vaisselle : [programme conseillé, où trouver les produits]</w:t>
      </w:r>
    </w:p>
    <w:p>
      <w:r>
        <w:t>Volets : [manuels ou électriques, emplacement des commandes]</w:t>
      </w:r>
    </w:p>
    <w:p>
      <w:r>
        <w:t>Disjoncteur : [emplacement]</w:t>
      </w:r>
    </w:p>
    <w:p>
      <w:r>
        <w:t>Robinet d’arrêt d’eau : [emplacement]</w:t>
      </w:r>
    </w:p>
    <w:p>
      <w:pPr>
        <w:pStyle w:val="Heading2"/>
      </w:pPr>
      <w:r>
        <w:t>RÈGLEMENT INTÉRIEUR</w:t>
      </w:r>
    </w:p>
    <w:p>
      <w:r>
        <w:t>– Logement non-fumeur [y compris le balcon / sauf sur le balcon]</w:t>
      </w:r>
    </w:p>
    <w:p>
      <w:r>
        <w:t>– Pas de fêtes ni d’événements</w:t>
      </w:r>
    </w:p>
    <w:p>
      <w:r>
        <w:t>– Merci de respecter le calme entre [22 h] et [8 h], par égard pour les voisins</w:t>
      </w:r>
    </w:p>
    <w:p>
      <w:r>
        <w:t>– Nombre maximum de voyageurs : [X]</w:t>
      </w:r>
    </w:p>
    <w:p>
      <w:r>
        <w:t>– Animaux : [acceptés / non acceptés]</w:t>
      </w:r>
    </w:p>
    <w:p>
      <w:pPr>
        <w:pStyle w:val="Heading2"/>
      </w:pPr>
      <w:r>
        <w:t>TRI DES DÉCHETS</w:t>
      </w:r>
    </w:p>
    <w:p>
      <w:r>
        <w:t>Bac jaune : emballages et papiers</w:t>
      </w:r>
    </w:p>
    <w:p>
      <w:r>
        <w:t>Verre : [emplacement du conteneur à verre]</w:t>
      </w:r>
    </w:p>
    <w:p>
      <w:r>
        <w:t>Ordures ménagères : [emplacement du bac]</w:t>
      </w:r>
    </w:p>
    <w:p>
      <w:r>
        <w:t>Biodéchets : [consignes, si votre commune les collecte]</w:t>
      </w:r>
    </w:p>
    <w:p>
      <w:r>
        <w:t>Jours de collecte : [jours]</w:t>
      </w:r>
    </w:p>
    <w:p>
      <w:r>
        <w:t>Local poubelles : [emplacement]</w:t>
      </w:r>
    </w:p>
    <w:p>
      <w:pPr>
        <w:pStyle w:val="Heading2"/>
      </w:pPr>
      <w:r>
        <w:t>SÉCURITÉ ET URGENCES</w:t>
      </w:r>
    </w:p>
    <w:p>
      <w:r>
        <w:t>Numéro d’urgence européen : 112</w:t>
      </w:r>
    </w:p>
    <w:p>
      <w:r>
        <w:t>SAMU : 15 – Police : 17 – Pompiers : 18</w:t>
      </w:r>
    </w:p>
    <w:p>
      <w:r>
        <w:t>Urgences par SMS (personnes sourdes ou malentendantes) : 114</w:t>
      </w:r>
    </w:p>
    <w:p>
      <w:r>
        <w:t>Pharmacie la plus proche : [nom, adresse]</w:t>
      </w:r>
    </w:p>
    <w:p>
      <w:r>
        <w:t>Médecin / hôpital : [nom, adresse]</w:t>
      </w:r>
    </w:p>
    <w:p>
      <w:r>
        <w:t>Extincteur : [emplacement] – Trousse de secours : [emplacement]</w:t>
      </w:r>
    </w:p>
    <w:p>
      <w:r>
        <w:t>Détecteur de fumée : [emplacement]</w:t>
      </w:r>
    </w:p>
    <w:p>
      <w:pPr>
        <w:pStyle w:val="Heading2"/>
      </w:pPr>
      <w:r>
        <w:t>NOS BONNES ADRESSES</w:t>
      </w:r>
    </w:p>
    <w:p>
      <w:r>
        <w:t>Boulangerie : [nom, distance]</w:t>
      </w:r>
    </w:p>
    <w:p>
      <w:r>
        <w:t>Marché : [jour, lieu]</w:t>
      </w:r>
    </w:p>
    <w:p>
      <w:r>
        <w:t>Supermarché : [nom, horaires]</w:t>
      </w:r>
    </w:p>
    <w:p>
      <w:r>
        <w:t>Restaurants : [deux ou trois adresses]</w:t>
      </w:r>
    </w:p>
    <w:p>
      <w:r>
        <w:t>À voir, à faire : [idées de sorties]</w:t>
      </w:r>
    </w:p>
    <w:p>
      <w:pPr>
        <w:pStyle w:val="Heading2"/>
      </w:pPr>
      <w:r>
        <w:t>TRANSPORTS</w:t>
      </w:r>
    </w:p>
    <w:p>
      <w:r>
        <w:t>[Gare, arrêt de bus ou de tram le plus proche, taxi, location de vélos]</w:t>
      </w:r>
    </w:p>
    <w:p>
      <w:pPr>
        <w:pStyle w:val="Heading2"/>
      </w:pPr>
      <w:r>
        <w:t>TAXE DE SÉJOUR</w:t>
      </w:r>
    </w:p>
    <w:p>
      <w:r>
        <w:t>Tarif : [montant] € par personne et par nuit, [taxe incluse dans le prix de la réservation / à régler sur place].</w:t>
      </w:r>
    </w:p>
    <w:p>
      <w:pPr>
        <w:pStyle w:val="Heading2"/>
      </w:pPr>
      <w:r>
        <w:t>AVANT DE PARTIR</w:t>
      </w:r>
    </w:p>
    <w:p>
      <w:r>
        <w:t>– Départ avant [11 h]</w:t>
      </w:r>
    </w:p>
    <w:p>
      <w:r>
        <w:t>– Lancer le lave-vaisselle et sortir les poubelles</w:t>
      </w:r>
    </w:p>
    <w:p>
      <w:r>
        <w:t>– Fermer les fenêtres, éteindre les lumières et le chauffage ou la climatisation</w:t>
      </w:r>
    </w:p>
    <w:p>
      <w:r>
        <w:t>– Laisser les clés [dans la boîte à clés / sur la table de la cuisine]</w:t>
      </w:r>
    </w:p>
    <w:p>
      <w:r>
        <w:t>Merci pour votre séjour ! Un avis sur [Airbnb / Booking.com] nous aide beaucoup.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LIVRET D’ACCUEIL – [NOM DU LOGEMENT]</dc:title>
  <dc:subject/>
  <dc:creator>Hostpapers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